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98"/>
        <w:gridCol w:w="3119"/>
      </w:tblGrid>
      <w:tr>
        <w:tc>
          <w:tcPr>
            <w:tcW w:type="dxa" w:w="7198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bidi/>
              <w:jc w:val="left"/>
            </w:pPr>
            <w:r>
              <w:rPr>
                <w:rFonts w:ascii="Arial" w:hAnsi="Arial" w:cs="Arial" w:eastAsia="Arial"/>
                <w:b/>
                <w:color w:val="2F4071"/>
                <w:sz w:val="36"/>
                <w:rtl/>
                <w:bCs/>
                <w:szCs w:val="36"/>
              </w:rPr>
              <w:t>דוח נוכחות חודשי</w:t>
            </w:r>
          </w:p>
        </w:tc>
        <w:tc>
          <w:tcPr>
            <w:tcW w:type="dxa" w:w="3119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 w:val="0"/>
                <w:color w:val="98A2B3"/>
                <w:sz w:val="20"/>
                <w:rtl/>
                <w:szCs w:val="20"/>
              </w:rPr>
              <w:t>חודש / שנה  ________________</w:t>
            </w:r>
          </w:p>
        </w:tc>
      </w:tr>
    </w:tbl>
    <w:p>
      <w:pPr>
        <w:bidi/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  <w:tblCellMar>
          <w:top w:w="0" w:type="dxa"/>
          <w:bottom w:w="0" w:type="dxa"/>
          <w:start w:w="0" w:type="dxa"/>
          <w:end w:w="0" w:type="dxa"/>
          <w:left w:w="0" w:type="dxa"/>
          <w:right w:w="0" w:type="dxa"/>
        </w:tblCellMar>
      </w:tblPr>
      <w:tblGrid>
        <w:gridCol w:w="4866"/>
        <w:gridCol w:w="584"/>
        <w:gridCol w:w="4866"/>
      </w:tblGrid>
      <w:tr>
        <w:trPr>
          <w:trHeight w:val="238" w:hRule="exact"/>
        </w:trPr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bidi/>
              <w:jc w:val="left"/>
            </w:pPr>
            <w:r>
              <w:rPr>
                <w:rFonts w:ascii="Arial" w:hAnsi="Arial" w:cs="Arial" w:eastAsia="Arial"/>
                <w:b w:val="0"/>
                <w:color w:val="667085"/>
                <w:sz w:val="15"/>
                <w:rtl/>
                <w:szCs w:val="15"/>
              </w:rPr>
              <w:t>עובד</w:t>
            </w:r>
          </w:p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bidi/>
              <w:jc w:val="left"/>
            </w:pPr>
            <w:r>
              <w:rPr>
                <w:rFonts w:ascii="Arial" w:hAnsi="Arial" w:cs="Arial" w:eastAsia="Arial"/>
                <w:b w:val="0"/>
                <w:color w:val="667085"/>
                <w:sz w:val="15"/>
                <w:rtl/>
                <w:szCs w:val="15"/>
              </w:rPr>
              <w:t>חברה / אתר</w:t>
            </w:r>
          </w:p>
        </w:tc>
      </w:tr>
      <w:tr>
        <w:trPr>
          <w:trHeight w:val="340" w:hRule="exact"/>
        </w:trPr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</w:tr>
    </w:tbl>
    <w:p>
      <w:pPr>
        <w:bidi/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5"/>
        <w:gridCol w:w="817"/>
        <w:gridCol w:w="1123"/>
        <w:gridCol w:w="1736"/>
        <w:gridCol w:w="1123"/>
        <w:gridCol w:w="1736"/>
        <w:gridCol w:w="817"/>
        <w:gridCol w:w="817"/>
        <w:gridCol w:w="1430"/>
      </w:tblGrid>
      <w:tr>
        <w:trPr>
          <w:trHeight w:val="510" w:hRule="exact"/>
        </w:trPr>
        <w:tc>
          <w:tcPr>
            <w:tcW w:type="dxa" w:w="715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FFFFFF"/>
                <w:sz w:val="15"/>
                <w:rtl/>
                <w:bCs/>
                <w:szCs w:val="15"/>
              </w:rPr>
              <w:t>תאריך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FFFFFF"/>
                <w:sz w:val="15"/>
                <w:rtl/>
                <w:bCs/>
                <w:szCs w:val="15"/>
              </w:rPr>
              <w:t>יום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FFFFFF"/>
                <w:sz w:val="15"/>
                <w:rtl/>
                <w:bCs/>
                <w:szCs w:val="15"/>
              </w:rPr>
              <w:t>כניסה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FFFFFF"/>
                <w:sz w:val="15"/>
                <w:rtl/>
                <w:bCs/>
                <w:szCs w:val="15"/>
              </w:rPr>
              <w:t>חתימה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FFFFFF"/>
                <w:sz w:val="15"/>
                <w:rtl/>
                <w:bCs/>
                <w:szCs w:val="15"/>
              </w:rPr>
              <w:t>יציאה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FFFFFF"/>
                <w:sz w:val="15"/>
                <w:rtl/>
                <w:bCs/>
                <w:szCs w:val="15"/>
              </w:rPr>
              <w:t>חתימה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FFFFFF"/>
                <w:sz w:val="15"/>
                <w:rtl/>
                <w:bCs/>
                <w:szCs w:val="15"/>
              </w:rPr>
              <w:t>הפסקה (דק׳)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FFFFFF"/>
                <w:sz w:val="15"/>
                <w:rtl/>
                <w:bCs/>
                <w:szCs w:val="15"/>
              </w:rPr>
              <w:t>שעות</w:t>
            </w:r>
          </w:p>
        </w:tc>
        <w:tc>
          <w:tcPr>
            <w:tcW w:type="dxa" w:w="1430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FFFFFF"/>
                <w:sz w:val="15"/>
                <w:rtl/>
                <w:bCs/>
                <w:szCs w:val="15"/>
              </w:rPr>
              <w:t>הערות</w:t>
            </w:r>
          </w:p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10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11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12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13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14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15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16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17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18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19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20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21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22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23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24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25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26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27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28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29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30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31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454" w:hRule="exact"/>
        </w:trPr>
        <w:tc>
          <w:tcPr>
            <w:tcW w:type="dxa" w:w="8071"/>
            <w:gridSpan w:val="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color w:val="2F4071"/>
                <w:sz w:val="19"/>
                <w:rtl/>
                <w:bCs/>
                <w:szCs w:val="19"/>
              </w:rPr>
              <w:t>סה״כ שעות</w:t>
            </w:r>
          </w:p>
        </w:tc>
        <w:tc>
          <w:tcPr>
            <w:tcW w:type="dxa" w:w="81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  <w:tc>
          <w:tcPr>
            <w:tcW w:type="dxa" w:w="1430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</w:tr>
    </w:tbl>
    <w:p>
      <w:pPr>
        <w:bidi/>
        <w:spacing w:before="16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4585"/>
        <w:gridCol w:w="1146"/>
        <w:gridCol w:w="4585"/>
      </w:tblGrid>
      <w:tr>
        <w:trPr>
          <w:trHeight w:val="510" w:hRule="exact"/>
        </w:trP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</w:tr>
      <w:t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bidi/>
              <w:jc w:val="left"/>
            </w:pPr>
            <w:r>
              <w:rPr>
                <w:rFonts w:ascii="Arial" w:hAnsi="Arial" w:cs="Arial" w:eastAsia="Arial"/>
                <w:b w:val="0"/>
                <w:color w:val="667085"/>
                <w:sz w:val="15"/>
                <w:rtl/>
                <w:szCs w:val="15"/>
              </w:rPr>
              <w:t>חתימת העובד ותאריך</w:t>
            </w:r>
          </w:p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bidi/>
              <w:jc w:val="left"/>
            </w:pPr>
            <w:r>
              <w:rPr>
                <w:rFonts w:ascii="Arial" w:hAnsi="Arial" w:cs="Arial" w:eastAsia="Arial"/>
                <w:b w:val="0"/>
                <w:color w:val="667085"/>
                <w:sz w:val="15"/>
                <w:rtl/>
                <w:szCs w:val="15"/>
              </w:rPr>
              <w:t>חתימת המעסיק ותאריך</w:t>
            </w:r>
          </w:p>
        </w:tc>
      </w:tr>
    </w:tbl>
    <w:p>
      <w:pPr>
        <w:bidi/>
        <w:spacing w:before="160" w:after="0"/>
      </w:pPr>
      <w:hyperlink r:id="rId9">
        <w:r>
          <w:rPr>
            <w:rFonts w:ascii="Arial" w:hAnsi="Arial" w:cs="Arial" w:eastAsia="Arial"/>
            <w:b w:val="0"/>
            <w:color w:val="98A2B3"/>
            <w:sz w:val="14"/>
            <w:rtl/>
            <w:szCs w:val="14"/>
          </w:rPr>
          <w:t>תבנית חינמית מבית EasyHours · easyhours.co.il – דיווח כניסה ויציאה מהנייד או מטאבלט משותף, במקום על נייר.</w:t>
        </w:r>
      </w:hyperlink>
    </w:p>
    <w:sectPr w:rsidR="00FC693F" w:rsidRPr="0006063C" w:rsidSect="00034616">
      <w:pgSz w:w="11906" w:h="16838"/>
      <w:pgMar w:top="680" w:right="794" w:bottom="624" w:left="794" w:header="340" w:footer="34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 w:cs="Arial" w:eastAsia="Arial"/>
      <w:color w:val="1B223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asyhours.co.il/?utm_source=template&amp;utm_medium=docx&amp;utm_campaign=monthly-attendance-she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EasyHours</dc:creator>
  <cp:keywords>https://easyhours.co.il/</cp:keywords>
  <dc:description>generated by python-docx</dc:description>
  <cp:lastModifiedBy>EasyHours</cp:lastModifiedBy>
  <cp:revision>1</cp:revision>
  <dcterms:created xsi:type="dcterms:W3CDTF">2013-12-23T23:15:00Z</dcterms:created>
  <dcterms:modified xsi:type="dcterms:W3CDTF">2013-12-23T23:15:00Z</dcterms:modified>
  <cp:category/>
</cp:coreProperties>
</file>